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9626A" w14:textId="77777777" w:rsidR="00B009D3" w:rsidRDefault="00000000">
      <w:pPr>
        <w:spacing w:after="120"/>
      </w:pPr>
      <w:r>
        <w:rPr>
          <w:b/>
          <w:sz w:val="24"/>
        </w:rPr>
        <w:t>AL COMUNE DI BISEGNA</w:t>
      </w:r>
    </w:p>
    <w:p w14:paraId="5531438A" w14:textId="77777777" w:rsidR="00B009D3" w:rsidRDefault="00000000">
      <w:pPr>
        <w:spacing w:after="120"/>
      </w:pPr>
      <w:r>
        <w:rPr>
          <w:b/>
        </w:rPr>
        <w:t>Ufficio Servizi Sociali e Culturali</w:t>
      </w:r>
    </w:p>
    <w:p w14:paraId="5DF8E677" w14:textId="77777777" w:rsidR="00B009D3" w:rsidRDefault="00000000">
      <w:pPr>
        <w:spacing w:after="480"/>
      </w:pPr>
      <w:r>
        <w:rPr>
          <w:sz w:val="20"/>
        </w:rPr>
        <w:t>Piazza San Rocco, 22 – 67050 Bisegna (AQ)</w:t>
      </w:r>
      <w:r>
        <w:rPr>
          <w:sz w:val="20"/>
        </w:rPr>
        <w:br/>
        <w:t>Tramite PEC: comunebisegna@pec.it</w:t>
      </w:r>
    </w:p>
    <w:p w14:paraId="30AE3B33" w14:textId="77777777" w:rsidR="00B009D3" w:rsidRDefault="00000000">
      <w:pPr>
        <w:spacing w:before="240" w:after="120"/>
        <w:jc w:val="center"/>
      </w:pPr>
      <w:r>
        <w:rPr>
          <w:b/>
          <w:sz w:val="28"/>
        </w:rPr>
        <w:t>MODELLO DI DOMANDA</w:t>
      </w:r>
    </w:p>
    <w:p w14:paraId="2721D072" w14:textId="77777777" w:rsidR="00B009D3" w:rsidRDefault="00000000">
      <w:pPr>
        <w:spacing w:after="120"/>
        <w:jc w:val="center"/>
      </w:pPr>
      <w:r>
        <w:rPr>
          <w:b/>
        </w:rPr>
        <w:t>MISURA DI SOSTEGNO ECONOMICO PER IL DIRITTO ALLO STUDIO IN FAVORE DELLE FAMIGLIE DEGLI ALUNNI RESIDENTI NEL COMUNE DI BISEGNA — ANNO SCOLASTICO 2025/2026</w:t>
      </w:r>
    </w:p>
    <w:p w14:paraId="574672BD" w14:textId="77777777" w:rsidR="00B009D3" w:rsidRDefault="00000000">
      <w:pPr>
        <w:spacing w:after="480"/>
        <w:jc w:val="center"/>
      </w:pPr>
      <w:r>
        <w:rPr>
          <w:sz w:val="20"/>
        </w:rPr>
        <w:t>(Ai sensi della Deliberazione della Giunta Comunale n. 59 del 12-10-2026)</w:t>
      </w:r>
    </w:p>
    <w:p w14:paraId="44ACA7E2" w14:textId="77777777" w:rsidR="00B009D3" w:rsidRDefault="00000000">
      <w:pPr>
        <w:spacing w:before="240" w:after="120"/>
      </w:pPr>
      <w:r>
        <w:rPr>
          <w:b/>
        </w:rPr>
        <w:t>1. DATI DEL RICHIEDENTE (Genitore o Tutore Legale)</w:t>
      </w:r>
    </w:p>
    <w:p w14:paraId="2EB1602B" w14:textId="77777777" w:rsidR="00B009D3" w:rsidRDefault="00000000">
      <w:pPr>
        <w:spacing w:after="120"/>
      </w:pPr>
      <w:r>
        <w:t>Il/La sottoscritto/a __________________________________________________________________</w:t>
      </w:r>
    </w:p>
    <w:p w14:paraId="65C32E01" w14:textId="77777777" w:rsidR="00B009D3" w:rsidRDefault="00000000">
      <w:pPr>
        <w:spacing w:after="120"/>
      </w:pPr>
      <w:r>
        <w:t>Codice Fiscale ____________________________________________________________________</w:t>
      </w:r>
    </w:p>
    <w:p w14:paraId="0BC8DB25" w14:textId="77777777" w:rsidR="00B009D3" w:rsidRDefault="00000000">
      <w:pPr>
        <w:spacing w:after="120"/>
      </w:pPr>
      <w:r>
        <w:t>Nato/a a ________________________________________ il ______ / ______ / ______________</w:t>
      </w:r>
    </w:p>
    <w:p w14:paraId="338BDACE" w14:textId="77777777" w:rsidR="00B009D3" w:rsidRDefault="00000000">
      <w:pPr>
        <w:spacing w:after="120"/>
      </w:pPr>
      <w:r>
        <w:t>Residente a BISEGNA in Via/Piazza _________________________________________ n. _____</w:t>
      </w:r>
    </w:p>
    <w:p w14:paraId="1755EBCD" w14:textId="77777777" w:rsidR="00B009D3" w:rsidRDefault="00000000">
      <w:pPr>
        <w:spacing w:after="120"/>
      </w:pPr>
      <w:r>
        <w:t>Telefono ____________________________ E-mail / PEC _________________________________</w:t>
      </w:r>
    </w:p>
    <w:p w14:paraId="5643DE94" w14:textId="77777777" w:rsidR="00B009D3" w:rsidRDefault="00000000">
      <w:pPr>
        <w:spacing w:after="360"/>
      </w:pPr>
      <w:r>
        <w:t>in qualità di:     [  ] Genitore     [  ] Tutore legale</w:t>
      </w:r>
    </w:p>
    <w:p w14:paraId="04BEBC12" w14:textId="77777777" w:rsidR="00B009D3" w:rsidRDefault="00000000">
      <w:pPr>
        <w:spacing w:before="240" w:after="120"/>
      </w:pPr>
      <w:r>
        <w:rPr>
          <w:b/>
        </w:rPr>
        <w:t>2. DATI DELL'ALUNNO BENEFICIARIO</w:t>
      </w:r>
    </w:p>
    <w:p w14:paraId="2441AC06" w14:textId="77777777" w:rsidR="00B009D3" w:rsidRDefault="00000000">
      <w:pPr>
        <w:spacing w:after="120"/>
      </w:pPr>
      <w:r>
        <w:rPr>
          <w:sz w:val="20"/>
        </w:rPr>
        <w:t>Avente consapevolezza delle sanzioni penali previste dall’art. 76 del D.P.R. 28 dicembre 2000, n. 445 in caso di dichiarazioni mendaci,</w:t>
      </w:r>
    </w:p>
    <w:p w14:paraId="06711F7A" w14:textId="77777777" w:rsidR="00B009D3" w:rsidRDefault="00000000">
      <w:pPr>
        <w:spacing w:before="120" w:after="120"/>
        <w:jc w:val="center"/>
      </w:pPr>
      <w:r>
        <w:rPr>
          <w:b/>
        </w:rPr>
        <w:t>CHIEDE</w:t>
      </w:r>
    </w:p>
    <w:p w14:paraId="3CD12EC3" w14:textId="77777777" w:rsidR="00B009D3" w:rsidRDefault="00000000">
      <w:pPr>
        <w:spacing w:after="120"/>
      </w:pPr>
      <w:r>
        <w:t>l'ammissione al contributo economico per il diritto allo studio per l'anno scolastico 2025/2026 per il proprio figlio/tutelato:</w:t>
      </w:r>
    </w:p>
    <w:p w14:paraId="3FFBC575" w14:textId="77777777" w:rsidR="00B009D3" w:rsidRDefault="00000000">
      <w:pPr>
        <w:spacing w:after="120"/>
      </w:pPr>
      <w:r>
        <w:t>Nome ________________________________ Cognome _____________________________________</w:t>
      </w:r>
    </w:p>
    <w:p w14:paraId="38D2F272" w14:textId="77777777" w:rsidR="00B009D3" w:rsidRDefault="00000000">
      <w:pPr>
        <w:spacing w:after="120"/>
      </w:pPr>
      <w:r>
        <w:t>Codice Fiscale ____________________________________________________________________</w:t>
      </w:r>
    </w:p>
    <w:p w14:paraId="0FABCA32" w14:textId="77777777" w:rsidR="00B009D3" w:rsidRDefault="00000000">
      <w:pPr>
        <w:spacing w:after="120"/>
      </w:pPr>
      <w:r>
        <w:t>Nato/a a ________________________________________ il ______ / ______ / ______________</w:t>
      </w:r>
    </w:p>
    <w:p w14:paraId="4C789E47" w14:textId="77777777" w:rsidR="00B009D3" w:rsidRDefault="00000000">
      <w:pPr>
        <w:spacing w:after="360"/>
      </w:pPr>
      <w:r>
        <w:lastRenderedPageBreak/>
        <w:t>Residente a BISEGNA in Via/Piazza _________________________________________ n. _____</w:t>
      </w:r>
    </w:p>
    <w:p w14:paraId="4A5CF9E3" w14:textId="77777777" w:rsidR="00B009D3" w:rsidRDefault="00000000">
      <w:pPr>
        <w:spacing w:before="240" w:after="120"/>
      </w:pPr>
      <w:r>
        <w:rPr>
          <w:b/>
        </w:rPr>
        <w:t>3. DICHIARAZIONE SOSTITUTIVA DI CERTIFICAZIONE E ATTO DI NOTORIETÀ</w:t>
      </w:r>
    </w:p>
    <w:p w14:paraId="6BEB491C" w14:textId="77777777" w:rsidR="00B009D3" w:rsidRDefault="00000000">
      <w:pPr>
        <w:spacing w:after="120"/>
      </w:pPr>
      <w:r>
        <w:rPr>
          <w:sz w:val="20"/>
        </w:rPr>
        <w:t>(Resa ai sensi degli artt. 46 e 47 del D.P.R. n. 445/2000)</w:t>
      </w:r>
    </w:p>
    <w:p w14:paraId="3C60BA99" w14:textId="77777777" w:rsidR="00B009D3" w:rsidRDefault="00000000">
      <w:pPr>
        <w:spacing w:after="120"/>
      </w:pPr>
      <w:r>
        <w:rPr>
          <w:b/>
        </w:rPr>
        <w:t>A tal fine, il/la sottoscritto/a DICHIARA sotto la propria responsabilità:</w:t>
      </w:r>
    </w:p>
    <w:p w14:paraId="65E34A22" w14:textId="77777777" w:rsidR="00B009D3" w:rsidRDefault="00000000">
      <w:pPr>
        <w:spacing w:after="120"/>
      </w:pPr>
      <w:r>
        <w:t>•  a) Che l’alunno sopra indicato è residente nel Comune di Bisegna;</w:t>
      </w:r>
    </w:p>
    <w:p w14:paraId="5B9FF04A" w14:textId="77777777" w:rsidR="00B009D3" w:rsidRDefault="00000000">
      <w:pPr>
        <w:spacing w:after="120"/>
      </w:pPr>
      <w:r>
        <w:t>•  b) Che l’alunno ha frequentato regolarmente nell’anno scolastico 2025/2026 l'Istituto scolastico denominato: ___________________________________________________________</w:t>
      </w:r>
    </w:p>
    <w:p w14:paraId="21D21CFA" w14:textId="77777777" w:rsidR="00B009D3" w:rsidRDefault="00000000">
      <w:pPr>
        <w:spacing w:after="120"/>
      </w:pPr>
      <w:r>
        <w:t xml:space="preserve">   Classe _______ Sezione _______ Sede di (Comune) ____________________________________</w:t>
      </w:r>
    </w:p>
    <w:p w14:paraId="14AE7159" w14:textId="77777777" w:rsidR="00B009D3" w:rsidRDefault="00000000">
      <w:pPr>
        <w:spacing w:after="120"/>
      </w:pPr>
      <w:r>
        <w:t>•  c) Che l’alunno ha effettivamente frequentato le lezioni per i seguenti mesi (selezionare i mesi di effettiva frequenza scolastica):</w:t>
      </w:r>
    </w:p>
    <w:p w14:paraId="033F2499" w14:textId="77777777" w:rsidR="00B009D3" w:rsidRDefault="00000000">
      <w:pPr>
        <w:spacing w:after="120"/>
      </w:pPr>
      <w:r>
        <w:t xml:space="preserve">   [  ] Settembre 2025   [  ] Ottobre 2025   [  ] Novembre 2025   [  ] Dicembre 2025</w:t>
      </w:r>
    </w:p>
    <w:p w14:paraId="286BBD14" w14:textId="77777777" w:rsidR="00B009D3" w:rsidRDefault="00000000">
      <w:pPr>
        <w:spacing w:after="120"/>
      </w:pPr>
      <w:r>
        <w:t xml:space="preserve">   [  ] Gennaio 2026     [  ] Febbraio 2026  [  ] Marzo 2026      [  ] Aprile 2026</w:t>
      </w:r>
    </w:p>
    <w:p w14:paraId="48416449" w14:textId="77777777" w:rsidR="00B009D3" w:rsidRDefault="00000000">
      <w:pPr>
        <w:spacing w:after="120"/>
      </w:pPr>
      <w:r>
        <w:t xml:space="preserve">   [  ] Maggio 2026      [  ] Giugno 2026</w:t>
      </w:r>
    </w:p>
    <w:p w14:paraId="0FB121F5" w14:textId="77777777" w:rsidR="00B009D3" w:rsidRDefault="00000000">
      <w:pPr>
        <w:spacing w:after="120"/>
      </w:pPr>
      <w:r>
        <w:t>•  d) Che la famiglia ha provveduto autonomamente e a proprie spese al trasporto dell'alunno per raggiungere la predetta sede scolastica per la frequenza delle lezioni;</w:t>
      </w:r>
    </w:p>
    <w:p w14:paraId="19707AE4" w14:textId="77777777" w:rsidR="00B009D3" w:rsidRDefault="00000000">
      <w:pPr>
        <w:spacing w:after="360"/>
      </w:pPr>
      <w:r>
        <w:t>•  e) Di impegnarsi a comunicare tempestivamente al Comune di Bisegna qualsiasi variazione dei requisiti dichiarati (es. cambio di residenza o interruzione della frequenza).</w:t>
      </w:r>
    </w:p>
    <w:p w14:paraId="0B2729DD" w14:textId="77777777" w:rsidR="00B009D3" w:rsidRDefault="00000000">
      <w:pPr>
        <w:spacing w:before="240" w:after="120"/>
      </w:pPr>
      <w:r>
        <w:rPr>
          <w:b/>
        </w:rPr>
        <w:t>4. MODALITÀ DI ACCREDITO DEL CONTRIBUTO</w:t>
      </w:r>
    </w:p>
    <w:p w14:paraId="787DBD20" w14:textId="77777777" w:rsidR="00B009D3" w:rsidRDefault="00000000">
      <w:pPr>
        <w:spacing w:after="120"/>
      </w:pPr>
      <w:r>
        <w:t>In caso di accoglimento della domanda, si richiede che il contributo economico (pari a € 42,00 mensili per i mesi di effettiva frequenza) venga accreditato tramite bonifico bancario/postale sul seguente conto corrente intestato o cointestato al richiedente:</w:t>
      </w:r>
    </w:p>
    <w:p w14:paraId="0ACD7D86" w14:textId="77777777" w:rsidR="00B009D3" w:rsidRDefault="00000000">
      <w:pPr>
        <w:spacing w:after="120"/>
      </w:pPr>
      <w:r>
        <w:rPr>
          <w:b/>
        </w:rPr>
        <w:t>Codice IBAN:</w:t>
      </w:r>
    </w:p>
    <w:p w14:paraId="08552BC4" w14:textId="77777777" w:rsidR="00B009D3" w:rsidRDefault="00000000">
      <w:pPr>
        <w:spacing w:after="120"/>
      </w:pPr>
      <w:r>
        <w:rPr>
          <w:b/>
        </w:rPr>
        <w:t>[ _ _ ] [ _ _ ] [ _ ] [ _ _ _ _ _ ] [ _ _ _ _ _ ] [ _ _ _ _ _ _ _ _ _ _ _ _ ]</w:t>
      </w:r>
    </w:p>
    <w:p w14:paraId="467CA684" w14:textId="77777777" w:rsidR="00B009D3" w:rsidRDefault="00000000">
      <w:pPr>
        <w:spacing w:after="360"/>
      </w:pPr>
      <w:r>
        <w:t>Istituto Bancario / Postale: __________________________________________________________</w:t>
      </w:r>
    </w:p>
    <w:p w14:paraId="370CE527" w14:textId="77777777" w:rsidR="00B009D3" w:rsidRDefault="00000000">
      <w:pPr>
        <w:spacing w:before="240" w:after="120"/>
      </w:pPr>
      <w:r>
        <w:rPr>
          <w:b/>
        </w:rPr>
        <w:t>5. DOCUMENTAZIONE DA ALLEGARE</w:t>
      </w:r>
    </w:p>
    <w:p w14:paraId="04BFE2C9" w14:textId="609A471A" w:rsidR="00B009D3" w:rsidRDefault="00000000">
      <w:pPr>
        <w:spacing w:after="120"/>
      </w:pPr>
      <w:r>
        <w:t xml:space="preserve"> Fotocopia del documento di identità in </w:t>
      </w:r>
      <w:proofErr w:type="spellStart"/>
      <w:r>
        <w:t>corso</w:t>
      </w:r>
      <w:proofErr w:type="spellEnd"/>
      <w:r>
        <w:t xml:space="preserve"> di </w:t>
      </w:r>
      <w:proofErr w:type="spellStart"/>
      <w:r>
        <w:t>validità</w:t>
      </w:r>
      <w:proofErr w:type="spellEnd"/>
      <w:r>
        <w:t xml:space="preserve"> del </w:t>
      </w:r>
      <w:proofErr w:type="spellStart"/>
      <w:r>
        <w:t>richiedente</w:t>
      </w:r>
      <w:proofErr w:type="spellEnd"/>
      <w:r>
        <w:t>.</w:t>
      </w:r>
    </w:p>
    <w:p w14:paraId="2A4F67ED" w14:textId="5003279A" w:rsidR="004622D8" w:rsidRDefault="004622D8">
      <w:pPr>
        <w:spacing w:after="120"/>
      </w:pPr>
      <w:r>
        <w:t xml:space="preserve"> </w:t>
      </w:r>
      <w:proofErr w:type="spellStart"/>
      <w:r w:rsidR="00A37E8B">
        <w:t>Codice</w:t>
      </w:r>
      <w:proofErr w:type="spellEnd"/>
      <w:r w:rsidR="00A37E8B">
        <w:t xml:space="preserve"> IBAN del </w:t>
      </w:r>
      <w:proofErr w:type="spellStart"/>
      <w:r w:rsidR="00A37E8B">
        <w:t>conto</w:t>
      </w:r>
      <w:proofErr w:type="spellEnd"/>
      <w:r w:rsidR="00A37E8B">
        <w:t xml:space="preserve"> </w:t>
      </w:r>
      <w:proofErr w:type="spellStart"/>
      <w:r w:rsidR="00A37E8B">
        <w:t>corrente</w:t>
      </w:r>
      <w:proofErr w:type="spellEnd"/>
      <w:r w:rsidR="00A37E8B">
        <w:t xml:space="preserve"> </w:t>
      </w:r>
      <w:proofErr w:type="spellStart"/>
      <w:r w:rsidR="00A37E8B">
        <w:t>bancario</w:t>
      </w:r>
      <w:proofErr w:type="spellEnd"/>
      <w:r w:rsidR="00A37E8B">
        <w:t xml:space="preserve"> o </w:t>
      </w:r>
      <w:proofErr w:type="spellStart"/>
      <w:r w:rsidR="00A37E8B">
        <w:t>postale</w:t>
      </w:r>
      <w:proofErr w:type="spellEnd"/>
      <w:r w:rsidR="00A37E8B">
        <w:t xml:space="preserve"> </w:t>
      </w:r>
      <w:proofErr w:type="spellStart"/>
      <w:r w:rsidR="00A37E8B">
        <w:t>intestato</w:t>
      </w:r>
      <w:proofErr w:type="spellEnd"/>
      <w:r w:rsidR="00A37E8B">
        <w:t xml:space="preserve"> o </w:t>
      </w:r>
      <w:proofErr w:type="spellStart"/>
      <w:r w:rsidR="00A37E8B">
        <w:t>cointestato</w:t>
      </w:r>
      <w:proofErr w:type="spellEnd"/>
      <w:r w:rsidR="00A37E8B">
        <w:t xml:space="preserve"> al </w:t>
      </w:r>
      <w:proofErr w:type="spellStart"/>
      <w:r w:rsidR="00A37E8B">
        <w:t>richiedente</w:t>
      </w:r>
      <w:proofErr w:type="spellEnd"/>
      <w:r w:rsidR="00A37E8B">
        <w:t xml:space="preserve"> per </w:t>
      </w:r>
      <w:proofErr w:type="spellStart"/>
      <w:r w:rsidR="00A37E8B">
        <w:t>l'accredito</w:t>
      </w:r>
      <w:proofErr w:type="spellEnd"/>
      <w:r w:rsidR="00A37E8B">
        <w:t xml:space="preserve"> delle </w:t>
      </w:r>
      <w:proofErr w:type="spellStart"/>
      <w:r w:rsidR="00A37E8B">
        <w:t>somme</w:t>
      </w:r>
      <w:proofErr w:type="spellEnd"/>
    </w:p>
    <w:p w14:paraId="2BFBDA73" w14:textId="77777777" w:rsidR="004622D8" w:rsidRDefault="004622D8">
      <w:pPr>
        <w:spacing w:after="120"/>
      </w:pPr>
    </w:p>
    <w:p w14:paraId="58C105C5" w14:textId="77777777" w:rsidR="00B009D3" w:rsidRDefault="00000000">
      <w:pPr>
        <w:spacing w:before="240" w:after="120"/>
      </w:pPr>
      <w:r>
        <w:rPr>
          <w:b/>
          <w:sz w:val="20"/>
        </w:rPr>
        <w:lastRenderedPageBreak/>
        <w:t>6. INFORMATIVA SUL TRATTAMENTO DEI DATI PERSONALI (GDPR – Regolamento UE 2016/679)</w:t>
      </w:r>
    </w:p>
    <w:p w14:paraId="00074A09" w14:textId="77777777" w:rsidR="00B009D3" w:rsidRDefault="00000000">
      <w:pPr>
        <w:spacing w:after="480"/>
      </w:pPr>
      <w:r>
        <w:rPr>
          <w:sz w:val="18"/>
        </w:rPr>
        <w:t>Il sottoscritto dichiara di essere informato che i dati personali raccolti saranno trattati, anche con strumenti informatici, esclusivamente nell'ambito del procedimento per il quale la presente dichiarazione viene resa.</w:t>
      </w:r>
    </w:p>
    <w:p w14:paraId="32AFEB3A" w14:textId="55B7A7FF" w:rsidR="00B009D3" w:rsidRDefault="00000000">
      <w:pPr>
        <w:spacing w:before="480"/>
      </w:pPr>
      <w:r>
        <w:t xml:space="preserve">Luogo e Data: ________________________                  </w:t>
      </w:r>
      <w:r w:rsidR="004622D8">
        <w:t xml:space="preserve">                   </w:t>
      </w:r>
      <w:r>
        <w:t xml:space="preserve">  </w:t>
      </w:r>
      <w:proofErr w:type="spellStart"/>
      <w:r>
        <w:t>Firma</w:t>
      </w:r>
      <w:proofErr w:type="spellEnd"/>
      <w:r>
        <w:t xml:space="preserve"> del </w:t>
      </w:r>
      <w:proofErr w:type="spellStart"/>
      <w:r>
        <w:t>Richiedente</w:t>
      </w:r>
      <w:proofErr w:type="spellEnd"/>
      <w:r>
        <w:t xml:space="preserve"> </w:t>
      </w:r>
      <w:r w:rsidR="004622D8">
        <w:t xml:space="preserve">           </w:t>
      </w:r>
    </w:p>
    <w:sectPr w:rsidR="00B009D3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0397153">
    <w:abstractNumId w:val="8"/>
  </w:num>
  <w:num w:numId="2" w16cid:durableId="630211013">
    <w:abstractNumId w:val="6"/>
  </w:num>
  <w:num w:numId="3" w16cid:durableId="1338464627">
    <w:abstractNumId w:val="5"/>
  </w:num>
  <w:num w:numId="4" w16cid:durableId="963849392">
    <w:abstractNumId w:val="4"/>
  </w:num>
  <w:num w:numId="5" w16cid:durableId="1838887481">
    <w:abstractNumId w:val="7"/>
  </w:num>
  <w:num w:numId="6" w16cid:durableId="2055154374">
    <w:abstractNumId w:val="3"/>
  </w:num>
  <w:num w:numId="7" w16cid:durableId="1381398573">
    <w:abstractNumId w:val="2"/>
  </w:num>
  <w:num w:numId="8" w16cid:durableId="1011449836">
    <w:abstractNumId w:val="1"/>
  </w:num>
  <w:num w:numId="9" w16cid:durableId="897208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22D8"/>
    <w:rsid w:val="00A37E8B"/>
    <w:rsid w:val="00AA1D8D"/>
    <w:rsid w:val="00B009D3"/>
    <w:rsid w:val="00B47730"/>
    <w:rsid w:val="00CB0664"/>
    <w:rsid w:val="00D57A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C15ECB"/>
  <w14:defaultImageDpi w14:val="300"/>
  <w15:docId w15:val="{9713AC59-990B-43C1-ACBC-D4A4340BA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3</cp:revision>
  <dcterms:created xsi:type="dcterms:W3CDTF">2013-12-23T23:15:00Z</dcterms:created>
  <dcterms:modified xsi:type="dcterms:W3CDTF">2026-11-03T16:10:00Z</dcterms:modified>
  <cp:category/>
</cp:coreProperties>
</file>